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2B2B7" w14:textId="2211D24C" w:rsidR="005349A6" w:rsidRPr="005349A6" w:rsidRDefault="004E77E8" w:rsidP="004E77E8">
      <w:pPr>
        <w:pStyle w:val="Ttulo3"/>
        <w:numPr>
          <w:ilvl w:val="0"/>
          <w:numId w:val="10"/>
        </w:numPr>
        <w:tabs>
          <w:tab w:val="left" w:pos="567"/>
        </w:tabs>
        <w:spacing w:before="0" w:line="240" w:lineRule="auto"/>
        <w:ind w:left="0" w:firstLine="0"/>
        <w:rPr>
          <w:rFonts w:ascii="Arial" w:hAnsi="Arial" w:cs="Arial"/>
          <w:color w:val="auto"/>
          <w:sz w:val="20"/>
          <w:szCs w:val="20"/>
        </w:rPr>
      </w:pPr>
      <w:r w:rsidRPr="00742FBE">
        <w:rPr>
          <w:rFonts w:ascii="Arial" w:hAnsi="Arial" w:cs="Arial"/>
          <w:color w:val="auto"/>
          <w:sz w:val="20"/>
          <w:szCs w:val="20"/>
        </w:rPr>
        <w:t>DATOS GENERALES</w:t>
      </w:r>
    </w:p>
    <w:p w14:paraId="4058B4AF" w14:textId="77777777" w:rsidR="00353368" w:rsidRDefault="00353368" w:rsidP="00742FBE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3681"/>
        <w:gridCol w:w="10709"/>
      </w:tblGrid>
      <w:tr w:rsidR="005349A6" w:rsidRPr="00E206F9" w14:paraId="5B7F13F0" w14:textId="77777777" w:rsidTr="00812BCA">
        <w:trPr>
          <w:trHeight w:val="397"/>
        </w:trPr>
        <w:tc>
          <w:tcPr>
            <w:tcW w:w="1279" w:type="pct"/>
            <w:shd w:val="clear" w:color="auto" w:fill="CFCFCF"/>
            <w:vAlign w:val="center"/>
          </w:tcPr>
          <w:p w14:paraId="16D8B024" w14:textId="5F25E37A" w:rsidR="005349A6" w:rsidRPr="00E206F9" w:rsidRDefault="005349A6" w:rsidP="004B38F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06F9">
              <w:rPr>
                <w:rFonts w:ascii="Arial" w:hAnsi="Arial" w:cs="Arial"/>
                <w:b/>
                <w:bCs/>
                <w:sz w:val="18"/>
                <w:szCs w:val="18"/>
              </w:rPr>
              <w:t>NOMBRE DEL ESTUDIANTE MONITOR</w:t>
            </w:r>
          </w:p>
        </w:tc>
        <w:tc>
          <w:tcPr>
            <w:tcW w:w="3721" w:type="pct"/>
            <w:vAlign w:val="center"/>
          </w:tcPr>
          <w:p w14:paraId="11EA1046" w14:textId="77777777" w:rsidR="005349A6" w:rsidRPr="00E206F9" w:rsidRDefault="005349A6" w:rsidP="004B38F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49A6" w:rsidRPr="00E206F9" w14:paraId="3D4D13A2" w14:textId="77777777" w:rsidTr="00812BCA">
        <w:trPr>
          <w:trHeight w:val="397"/>
        </w:trPr>
        <w:tc>
          <w:tcPr>
            <w:tcW w:w="1279" w:type="pct"/>
            <w:shd w:val="clear" w:color="auto" w:fill="CFCFCF"/>
            <w:vAlign w:val="center"/>
          </w:tcPr>
          <w:p w14:paraId="352CB51B" w14:textId="4B94BBB3" w:rsidR="005349A6" w:rsidRPr="00E206F9" w:rsidRDefault="005349A6" w:rsidP="004B38F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06F9">
              <w:rPr>
                <w:rFonts w:ascii="Arial" w:hAnsi="Arial" w:cs="Arial"/>
                <w:b/>
                <w:bCs/>
                <w:sz w:val="18"/>
                <w:szCs w:val="18"/>
              </w:rPr>
              <w:t>PROGRAMA ACADÉMICO</w:t>
            </w:r>
          </w:p>
        </w:tc>
        <w:tc>
          <w:tcPr>
            <w:tcW w:w="3721" w:type="pct"/>
            <w:vAlign w:val="center"/>
          </w:tcPr>
          <w:p w14:paraId="0F2C9B43" w14:textId="77777777" w:rsidR="005349A6" w:rsidRPr="00E206F9" w:rsidRDefault="005349A6" w:rsidP="004B38F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49A6" w:rsidRPr="00E206F9" w14:paraId="43154622" w14:textId="77777777" w:rsidTr="00812BCA">
        <w:trPr>
          <w:trHeight w:val="397"/>
        </w:trPr>
        <w:tc>
          <w:tcPr>
            <w:tcW w:w="1279" w:type="pct"/>
            <w:shd w:val="clear" w:color="auto" w:fill="CFCFCF"/>
            <w:vAlign w:val="center"/>
          </w:tcPr>
          <w:p w14:paraId="50F713D4" w14:textId="556646FB" w:rsidR="005349A6" w:rsidRPr="00E206F9" w:rsidRDefault="005349A6" w:rsidP="004B38F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06F9">
              <w:rPr>
                <w:rFonts w:ascii="Arial" w:hAnsi="Arial" w:cs="Arial"/>
                <w:b/>
                <w:bCs/>
                <w:sz w:val="18"/>
                <w:szCs w:val="18"/>
              </w:rPr>
              <w:t>ÁREA</w:t>
            </w:r>
            <w:r w:rsidR="004B38F6" w:rsidRPr="00E206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206F9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="004B38F6" w:rsidRPr="00E206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206F9">
              <w:rPr>
                <w:rFonts w:ascii="Arial" w:hAnsi="Arial" w:cs="Arial"/>
                <w:b/>
                <w:bCs/>
                <w:sz w:val="18"/>
                <w:szCs w:val="18"/>
              </w:rPr>
              <w:t>ASIGNATURA DE APOYO</w:t>
            </w:r>
          </w:p>
        </w:tc>
        <w:tc>
          <w:tcPr>
            <w:tcW w:w="3721" w:type="pct"/>
            <w:vAlign w:val="center"/>
          </w:tcPr>
          <w:p w14:paraId="31C08E06" w14:textId="77777777" w:rsidR="005349A6" w:rsidRPr="00E206F9" w:rsidRDefault="005349A6" w:rsidP="004B38F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49A6" w:rsidRPr="00E206F9" w14:paraId="37B866B6" w14:textId="77777777" w:rsidTr="00812BCA">
        <w:trPr>
          <w:trHeight w:val="397"/>
        </w:trPr>
        <w:tc>
          <w:tcPr>
            <w:tcW w:w="1279" w:type="pct"/>
            <w:shd w:val="clear" w:color="auto" w:fill="CFCFCF"/>
            <w:vAlign w:val="center"/>
          </w:tcPr>
          <w:p w14:paraId="22306AE8" w14:textId="3B4B0BAB" w:rsidR="005349A6" w:rsidRPr="00E206F9" w:rsidRDefault="004B38F6" w:rsidP="004B38F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06F9">
              <w:rPr>
                <w:rFonts w:ascii="Arial" w:hAnsi="Arial" w:cs="Arial"/>
                <w:b/>
                <w:bCs/>
                <w:sz w:val="18"/>
                <w:szCs w:val="18"/>
              </w:rPr>
              <w:t>PROFESOR</w:t>
            </w:r>
            <w:r w:rsidR="005349A6" w:rsidRPr="00E206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RESPONSABLE</w:t>
            </w:r>
          </w:p>
        </w:tc>
        <w:tc>
          <w:tcPr>
            <w:tcW w:w="3721" w:type="pct"/>
            <w:vAlign w:val="center"/>
          </w:tcPr>
          <w:p w14:paraId="368216FB" w14:textId="77777777" w:rsidR="005349A6" w:rsidRPr="00E206F9" w:rsidRDefault="005349A6" w:rsidP="004B38F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49A6" w:rsidRPr="00E206F9" w14:paraId="4E365DFD" w14:textId="77777777" w:rsidTr="00812BCA">
        <w:trPr>
          <w:trHeight w:val="397"/>
        </w:trPr>
        <w:tc>
          <w:tcPr>
            <w:tcW w:w="1279" w:type="pct"/>
            <w:shd w:val="clear" w:color="auto" w:fill="CFCFCF"/>
            <w:vAlign w:val="center"/>
          </w:tcPr>
          <w:p w14:paraId="3849318E" w14:textId="00F3AEE1" w:rsidR="005349A6" w:rsidRPr="00E206F9" w:rsidRDefault="005349A6" w:rsidP="004B38F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06F9">
              <w:rPr>
                <w:rFonts w:ascii="Arial" w:hAnsi="Arial" w:cs="Arial"/>
                <w:b/>
                <w:bCs/>
                <w:sz w:val="18"/>
                <w:szCs w:val="18"/>
              </w:rPr>
              <w:t>PERIODO ACADÉMICO</w:t>
            </w:r>
          </w:p>
        </w:tc>
        <w:tc>
          <w:tcPr>
            <w:tcW w:w="3721" w:type="pct"/>
            <w:vAlign w:val="center"/>
          </w:tcPr>
          <w:p w14:paraId="6AFEDB77" w14:textId="77777777" w:rsidR="005349A6" w:rsidRPr="00E206F9" w:rsidRDefault="005349A6" w:rsidP="004B38F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D9B38A4" w14:textId="77777777" w:rsidR="005349A6" w:rsidRPr="00742FBE" w:rsidRDefault="005349A6" w:rsidP="00742FB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187BB0" w14:textId="7AD38539" w:rsidR="00353368" w:rsidRPr="00742FBE" w:rsidRDefault="004E77E8" w:rsidP="004E77E8">
      <w:pPr>
        <w:pStyle w:val="Ttulo3"/>
        <w:numPr>
          <w:ilvl w:val="0"/>
          <w:numId w:val="10"/>
        </w:numPr>
        <w:tabs>
          <w:tab w:val="left" w:pos="567"/>
        </w:tabs>
        <w:spacing w:before="0" w:line="240" w:lineRule="auto"/>
        <w:ind w:left="0" w:firstLine="0"/>
        <w:rPr>
          <w:rFonts w:ascii="Arial" w:hAnsi="Arial" w:cs="Arial"/>
          <w:color w:val="auto"/>
          <w:sz w:val="20"/>
          <w:szCs w:val="20"/>
        </w:rPr>
      </w:pPr>
      <w:r w:rsidRPr="00742FBE">
        <w:rPr>
          <w:rFonts w:ascii="Arial" w:hAnsi="Arial" w:cs="Arial"/>
          <w:color w:val="auto"/>
          <w:sz w:val="20"/>
          <w:szCs w:val="20"/>
        </w:rPr>
        <w:t>PLAN DE TRABAJO</w:t>
      </w:r>
    </w:p>
    <w:p w14:paraId="456A90E8" w14:textId="77777777" w:rsidR="00353368" w:rsidRDefault="00353368" w:rsidP="00742FBE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aconcuadrcula1clara-nfasis4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73"/>
        <w:gridCol w:w="2793"/>
        <w:gridCol w:w="1396"/>
        <w:gridCol w:w="1551"/>
        <w:gridCol w:w="3877"/>
      </w:tblGrid>
      <w:tr w:rsidR="004B38F6" w:rsidRPr="007C2D34" w14:paraId="6A2CC191" w14:textId="77777777" w:rsidTr="004213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pct"/>
            <w:tcBorders>
              <w:bottom w:val="none" w:sz="0" w:space="0" w:color="auto"/>
            </w:tcBorders>
            <w:shd w:val="clear" w:color="auto" w:fill="CFCFCF"/>
            <w:vAlign w:val="center"/>
          </w:tcPr>
          <w:p w14:paraId="63F13F72" w14:textId="77777777" w:rsidR="004B38F6" w:rsidRPr="007C2D34" w:rsidRDefault="004B38F6" w:rsidP="007C2D34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7C2D34">
              <w:rPr>
                <w:rFonts w:ascii="Arial" w:hAnsi="Arial" w:cs="Arial"/>
                <w:sz w:val="18"/>
                <w:szCs w:val="18"/>
              </w:rPr>
              <w:t>ACTIVIDAD</w:t>
            </w:r>
          </w:p>
        </w:tc>
        <w:tc>
          <w:tcPr>
            <w:tcW w:w="970" w:type="pct"/>
            <w:tcBorders>
              <w:bottom w:val="none" w:sz="0" w:space="0" w:color="auto"/>
            </w:tcBorders>
            <w:shd w:val="clear" w:color="auto" w:fill="CFCFCF"/>
            <w:vAlign w:val="center"/>
          </w:tcPr>
          <w:p w14:paraId="391BEF1A" w14:textId="77777777" w:rsidR="004B38F6" w:rsidRPr="007C2D34" w:rsidRDefault="004B38F6" w:rsidP="007C2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7C2D34">
              <w:rPr>
                <w:rFonts w:ascii="Arial" w:hAnsi="Arial" w:cs="Arial"/>
                <w:sz w:val="18"/>
                <w:szCs w:val="18"/>
              </w:rPr>
              <w:t>OBJETIVO</w:t>
            </w:r>
          </w:p>
        </w:tc>
        <w:tc>
          <w:tcPr>
            <w:tcW w:w="485" w:type="pct"/>
            <w:tcBorders>
              <w:bottom w:val="none" w:sz="0" w:space="0" w:color="auto"/>
            </w:tcBorders>
            <w:shd w:val="clear" w:color="auto" w:fill="CFCFCF"/>
            <w:vAlign w:val="center"/>
          </w:tcPr>
          <w:p w14:paraId="7FB0877E" w14:textId="77777777" w:rsidR="004B38F6" w:rsidRPr="007C2D34" w:rsidRDefault="004B38F6" w:rsidP="007C2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7C2D34">
              <w:rPr>
                <w:rFonts w:ascii="Arial" w:hAnsi="Arial" w:cs="Arial"/>
                <w:sz w:val="18"/>
                <w:szCs w:val="18"/>
              </w:rPr>
              <w:t>FECHA DE INICIO</w:t>
            </w:r>
          </w:p>
        </w:tc>
        <w:tc>
          <w:tcPr>
            <w:tcW w:w="539" w:type="pct"/>
            <w:tcBorders>
              <w:bottom w:val="none" w:sz="0" w:space="0" w:color="auto"/>
            </w:tcBorders>
            <w:shd w:val="clear" w:color="auto" w:fill="CFCFCF"/>
            <w:vAlign w:val="center"/>
          </w:tcPr>
          <w:p w14:paraId="324ADED1" w14:textId="77777777" w:rsidR="004B38F6" w:rsidRPr="007C2D34" w:rsidRDefault="004B38F6" w:rsidP="007C2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7C2D34">
              <w:rPr>
                <w:rFonts w:ascii="Arial" w:hAnsi="Arial" w:cs="Arial"/>
                <w:sz w:val="18"/>
                <w:szCs w:val="18"/>
              </w:rPr>
              <w:t>FECHA DE CIERRE</w:t>
            </w:r>
          </w:p>
        </w:tc>
        <w:tc>
          <w:tcPr>
            <w:tcW w:w="1347" w:type="pct"/>
            <w:tcBorders>
              <w:bottom w:val="none" w:sz="0" w:space="0" w:color="auto"/>
            </w:tcBorders>
            <w:shd w:val="clear" w:color="auto" w:fill="CFCFCF"/>
            <w:vAlign w:val="center"/>
          </w:tcPr>
          <w:p w14:paraId="7D52BD15" w14:textId="77777777" w:rsidR="004B38F6" w:rsidRPr="007C2D34" w:rsidRDefault="004B38F6" w:rsidP="007C2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7C2D34">
              <w:rPr>
                <w:rFonts w:ascii="Arial" w:hAnsi="Arial" w:cs="Arial"/>
                <w:sz w:val="18"/>
                <w:szCs w:val="18"/>
              </w:rPr>
              <w:t>EVIDENCIA ESPERADA</w:t>
            </w:r>
          </w:p>
        </w:tc>
      </w:tr>
      <w:tr w:rsidR="004B38F6" w:rsidRPr="007C2D34" w14:paraId="27FB3720" w14:textId="77777777" w:rsidTr="00812BC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pct"/>
            <w:vAlign w:val="center"/>
          </w:tcPr>
          <w:p w14:paraId="02F7BC36" w14:textId="77777777" w:rsidR="004B38F6" w:rsidRPr="007C2D34" w:rsidRDefault="004B38F6" w:rsidP="00812BC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0" w:type="pct"/>
            <w:vAlign w:val="center"/>
          </w:tcPr>
          <w:p w14:paraId="74FC0DA6" w14:textId="77777777" w:rsidR="004B38F6" w:rsidRPr="007C2D34" w:rsidRDefault="004B38F6" w:rsidP="00812B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" w:type="pct"/>
            <w:vAlign w:val="center"/>
          </w:tcPr>
          <w:p w14:paraId="04A495B1" w14:textId="77777777" w:rsidR="004B38F6" w:rsidRPr="007C2D34" w:rsidRDefault="004B38F6" w:rsidP="007C2D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9" w:type="pct"/>
            <w:vAlign w:val="center"/>
          </w:tcPr>
          <w:p w14:paraId="390F5F93" w14:textId="77777777" w:rsidR="004B38F6" w:rsidRPr="007C2D34" w:rsidRDefault="004B38F6" w:rsidP="007C2D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7" w:type="pct"/>
            <w:vAlign w:val="center"/>
          </w:tcPr>
          <w:p w14:paraId="1DD24DB1" w14:textId="77777777" w:rsidR="004B38F6" w:rsidRPr="007C2D34" w:rsidRDefault="004B38F6" w:rsidP="00812B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775F97E" w14:textId="77777777" w:rsidR="004B38F6" w:rsidRPr="00742FBE" w:rsidRDefault="004B38F6" w:rsidP="00742FB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45FB9C" w14:textId="0A18A0A3" w:rsidR="00353368" w:rsidRPr="005E5B15" w:rsidRDefault="004E77E8" w:rsidP="004E77E8">
      <w:pPr>
        <w:pStyle w:val="Ttulo3"/>
        <w:numPr>
          <w:ilvl w:val="0"/>
          <w:numId w:val="10"/>
        </w:numPr>
        <w:tabs>
          <w:tab w:val="left" w:pos="567"/>
        </w:tabs>
        <w:spacing w:before="0" w:line="240" w:lineRule="auto"/>
        <w:ind w:left="0" w:firstLine="0"/>
        <w:rPr>
          <w:rFonts w:ascii="Arial" w:hAnsi="Arial" w:cs="Arial"/>
          <w:color w:val="auto"/>
          <w:sz w:val="20"/>
          <w:szCs w:val="20"/>
          <w:lang w:val="es-CO"/>
        </w:rPr>
      </w:pPr>
      <w:r w:rsidRPr="005E5B15">
        <w:rPr>
          <w:rFonts w:ascii="Arial" w:hAnsi="Arial" w:cs="Arial"/>
          <w:color w:val="auto"/>
          <w:sz w:val="20"/>
          <w:szCs w:val="20"/>
          <w:lang w:val="es-CO"/>
        </w:rPr>
        <w:t xml:space="preserve">SEGUIMIENTO </w:t>
      </w:r>
      <w:r w:rsidR="005E5B15" w:rsidRPr="005E5B15">
        <w:rPr>
          <w:rFonts w:ascii="Arial" w:hAnsi="Arial" w:cs="Arial"/>
          <w:color w:val="auto"/>
          <w:sz w:val="20"/>
          <w:szCs w:val="20"/>
          <w:lang w:val="es-CO"/>
        </w:rPr>
        <w:t>AL PLAN DE T</w:t>
      </w:r>
      <w:r w:rsidR="005E5B15">
        <w:rPr>
          <w:rFonts w:ascii="Arial" w:hAnsi="Arial" w:cs="Arial"/>
          <w:color w:val="auto"/>
          <w:sz w:val="20"/>
          <w:szCs w:val="20"/>
          <w:lang w:val="es-CO"/>
        </w:rPr>
        <w:t>RABAJO</w:t>
      </w:r>
    </w:p>
    <w:p w14:paraId="742005D6" w14:textId="77777777" w:rsidR="00353368" w:rsidRPr="005E5B15" w:rsidRDefault="00353368" w:rsidP="00742FBE">
      <w:pPr>
        <w:spacing w:after="0" w:line="240" w:lineRule="auto"/>
        <w:rPr>
          <w:rFonts w:ascii="Arial" w:hAnsi="Arial" w:cs="Arial"/>
          <w:sz w:val="20"/>
          <w:szCs w:val="20"/>
          <w:lang w:val="es-CO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205"/>
        <w:gridCol w:w="4461"/>
        <w:gridCol w:w="3402"/>
        <w:gridCol w:w="3261"/>
        <w:gridCol w:w="2061"/>
      </w:tblGrid>
      <w:tr w:rsidR="002570A1" w:rsidRPr="00F91D58" w14:paraId="2E629F9F" w14:textId="77777777" w:rsidTr="0042136E">
        <w:trPr>
          <w:trHeight w:val="567"/>
        </w:trPr>
        <w:tc>
          <w:tcPr>
            <w:tcW w:w="419" w:type="pct"/>
            <w:shd w:val="clear" w:color="auto" w:fill="CFCFCF"/>
            <w:vAlign w:val="center"/>
          </w:tcPr>
          <w:p w14:paraId="7FFEE07B" w14:textId="77777777" w:rsidR="004B38F6" w:rsidRPr="00F91D58" w:rsidRDefault="004B38F6" w:rsidP="0042007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1D58">
              <w:rPr>
                <w:rFonts w:ascii="Arial" w:hAnsi="Arial" w:cs="Arial"/>
                <w:b/>
                <w:bCs/>
                <w:sz w:val="18"/>
                <w:szCs w:val="18"/>
              </w:rPr>
              <w:t>FECHA</w:t>
            </w:r>
          </w:p>
        </w:tc>
        <w:tc>
          <w:tcPr>
            <w:tcW w:w="1550" w:type="pct"/>
            <w:shd w:val="clear" w:color="auto" w:fill="CFCFCF"/>
            <w:vAlign w:val="center"/>
          </w:tcPr>
          <w:p w14:paraId="6FF6DCD2" w14:textId="77777777" w:rsidR="004B38F6" w:rsidRPr="00F91D58" w:rsidRDefault="004B38F6" w:rsidP="0042007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1D58">
              <w:rPr>
                <w:rFonts w:ascii="Arial" w:hAnsi="Arial" w:cs="Arial"/>
                <w:b/>
                <w:bCs/>
                <w:sz w:val="18"/>
                <w:szCs w:val="18"/>
              </w:rPr>
              <w:t>AVANCE REGISTRADO</w:t>
            </w:r>
          </w:p>
        </w:tc>
        <w:tc>
          <w:tcPr>
            <w:tcW w:w="1182" w:type="pct"/>
            <w:shd w:val="clear" w:color="auto" w:fill="CFCFCF"/>
            <w:vAlign w:val="center"/>
          </w:tcPr>
          <w:p w14:paraId="6C825428" w14:textId="77777777" w:rsidR="004B38F6" w:rsidRPr="00F91D58" w:rsidRDefault="004B38F6" w:rsidP="0042007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1D58">
              <w:rPr>
                <w:rFonts w:ascii="Arial" w:hAnsi="Arial" w:cs="Arial"/>
                <w:b/>
                <w:bCs/>
                <w:sz w:val="18"/>
                <w:szCs w:val="18"/>
              </w:rPr>
              <w:t>DIFICULTADES IDENTIFICADAS</w:t>
            </w:r>
          </w:p>
        </w:tc>
        <w:tc>
          <w:tcPr>
            <w:tcW w:w="1133" w:type="pct"/>
            <w:shd w:val="clear" w:color="auto" w:fill="CFCFCF"/>
            <w:vAlign w:val="center"/>
          </w:tcPr>
          <w:p w14:paraId="5EE363B6" w14:textId="77777777" w:rsidR="004B38F6" w:rsidRPr="00F91D58" w:rsidRDefault="004B38F6" w:rsidP="0042007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1D58">
              <w:rPr>
                <w:rFonts w:ascii="Arial" w:hAnsi="Arial" w:cs="Arial"/>
                <w:b/>
                <w:bCs/>
                <w:sz w:val="18"/>
                <w:szCs w:val="18"/>
              </w:rPr>
              <w:t>ACCIONES DE MEJORA</w:t>
            </w:r>
          </w:p>
        </w:tc>
        <w:tc>
          <w:tcPr>
            <w:tcW w:w="716" w:type="pct"/>
            <w:shd w:val="clear" w:color="auto" w:fill="CFCFCF"/>
            <w:vAlign w:val="center"/>
          </w:tcPr>
          <w:p w14:paraId="54752D95" w14:textId="6F0E03CD" w:rsidR="004B38F6" w:rsidRPr="00F91D58" w:rsidRDefault="002570A1" w:rsidP="0042007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PROFESOR</w:t>
            </w:r>
            <w:r w:rsidR="0042136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RESPONSABLE</w:t>
            </w:r>
          </w:p>
        </w:tc>
      </w:tr>
      <w:tr w:rsidR="002570A1" w:rsidRPr="00F91D58" w14:paraId="3AD10374" w14:textId="77777777" w:rsidTr="002570A1">
        <w:trPr>
          <w:trHeight w:val="397"/>
        </w:trPr>
        <w:tc>
          <w:tcPr>
            <w:tcW w:w="419" w:type="pct"/>
            <w:vAlign w:val="center"/>
          </w:tcPr>
          <w:p w14:paraId="18925F38" w14:textId="77777777" w:rsidR="004B38F6" w:rsidRPr="00F91D58" w:rsidRDefault="004B38F6" w:rsidP="004200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0" w:type="pct"/>
            <w:vAlign w:val="center"/>
          </w:tcPr>
          <w:p w14:paraId="5306B127" w14:textId="77777777" w:rsidR="004B38F6" w:rsidRPr="00F91D58" w:rsidRDefault="004B38F6" w:rsidP="002570A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2" w:type="pct"/>
            <w:vAlign w:val="center"/>
          </w:tcPr>
          <w:p w14:paraId="42C70F91" w14:textId="77777777" w:rsidR="004B38F6" w:rsidRPr="00F91D58" w:rsidRDefault="004B38F6" w:rsidP="002570A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69AD04D1" w14:textId="77777777" w:rsidR="004B38F6" w:rsidRPr="00F91D58" w:rsidRDefault="004B38F6" w:rsidP="002570A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2D9EA948" w14:textId="77777777" w:rsidR="004B38F6" w:rsidRPr="00F91D58" w:rsidRDefault="004B38F6" w:rsidP="004200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6B6704B" w14:textId="77777777" w:rsidR="004B38F6" w:rsidRDefault="004B38F6" w:rsidP="00742FB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8CE6D8" w14:textId="7388C0CE" w:rsidR="00353368" w:rsidRPr="00742FBE" w:rsidRDefault="004E77E8" w:rsidP="004E77E8">
      <w:pPr>
        <w:pStyle w:val="Ttulo3"/>
        <w:numPr>
          <w:ilvl w:val="0"/>
          <w:numId w:val="10"/>
        </w:numPr>
        <w:tabs>
          <w:tab w:val="left" w:pos="567"/>
        </w:tabs>
        <w:spacing w:before="0" w:line="240" w:lineRule="auto"/>
        <w:ind w:left="0" w:firstLine="0"/>
        <w:rPr>
          <w:rFonts w:ascii="Arial" w:hAnsi="Arial" w:cs="Arial"/>
          <w:color w:val="auto"/>
          <w:sz w:val="20"/>
          <w:szCs w:val="20"/>
        </w:rPr>
      </w:pPr>
      <w:r w:rsidRPr="00742FBE">
        <w:rPr>
          <w:rFonts w:ascii="Arial" w:hAnsi="Arial" w:cs="Arial"/>
          <w:color w:val="auto"/>
          <w:sz w:val="20"/>
          <w:szCs w:val="20"/>
        </w:rPr>
        <w:t>CIERRE DEL PROCESO</w:t>
      </w:r>
    </w:p>
    <w:p w14:paraId="336A974C" w14:textId="77777777" w:rsidR="004B7D66" w:rsidRDefault="004B7D66" w:rsidP="00742FBE">
      <w:pPr>
        <w:spacing w:after="0" w:line="240" w:lineRule="auto"/>
        <w:rPr>
          <w:rFonts w:ascii="Arial" w:hAnsi="Arial" w:cs="Arial"/>
          <w:sz w:val="20"/>
          <w:szCs w:val="20"/>
          <w:lang w:val="es-CO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729"/>
        <w:gridCol w:w="9661"/>
      </w:tblGrid>
      <w:tr w:rsidR="00C262BB" w:rsidRPr="005E5B15" w14:paraId="0C2AF5AC" w14:textId="77777777" w:rsidTr="00C262BB">
        <w:trPr>
          <w:trHeight w:val="397"/>
        </w:trPr>
        <w:tc>
          <w:tcPr>
            <w:tcW w:w="1643" w:type="pct"/>
            <w:shd w:val="clear" w:color="auto" w:fill="CFCFCF"/>
            <w:vAlign w:val="center"/>
          </w:tcPr>
          <w:p w14:paraId="390FD0F7" w14:textId="298F6AEE" w:rsidR="00C262BB" w:rsidRPr="001966E5" w:rsidRDefault="001966E5" w:rsidP="00011C97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</w:pPr>
            <w:r w:rsidRPr="001966E5"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  <w:t>FECHA DE CERRE DEL P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  <w:t>ROCESO</w:t>
            </w:r>
          </w:p>
        </w:tc>
        <w:tc>
          <w:tcPr>
            <w:tcW w:w="3357" w:type="pct"/>
            <w:vAlign w:val="center"/>
          </w:tcPr>
          <w:p w14:paraId="2ED067CD" w14:textId="77777777" w:rsidR="00C262BB" w:rsidRPr="001966E5" w:rsidRDefault="00C262BB" w:rsidP="00011C97">
            <w:pPr>
              <w:jc w:val="both"/>
              <w:rPr>
                <w:rFonts w:ascii="Arial" w:hAnsi="Arial" w:cs="Arial"/>
                <w:sz w:val="18"/>
                <w:szCs w:val="18"/>
                <w:lang w:val="es-CO"/>
              </w:rPr>
            </w:pPr>
          </w:p>
        </w:tc>
      </w:tr>
      <w:tr w:rsidR="004B38F6" w:rsidRPr="00011C97" w14:paraId="11130CAE" w14:textId="77777777" w:rsidTr="00C262BB">
        <w:trPr>
          <w:trHeight w:val="397"/>
        </w:trPr>
        <w:tc>
          <w:tcPr>
            <w:tcW w:w="1643" w:type="pct"/>
            <w:shd w:val="clear" w:color="auto" w:fill="CFCFCF"/>
            <w:vAlign w:val="center"/>
          </w:tcPr>
          <w:p w14:paraId="6B4876E9" w14:textId="40965812" w:rsidR="004B38F6" w:rsidRPr="00011C97" w:rsidRDefault="004B38F6" w:rsidP="00011C97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11C9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CONCLUSIONES DEL </w:t>
            </w:r>
            <w:r w:rsidR="00C72F55">
              <w:rPr>
                <w:rFonts w:ascii="Arial" w:hAnsi="Arial" w:cs="Arial"/>
                <w:b/>
                <w:bCs/>
                <w:sz w:val="18"/>
                <w:szCs w:val="18"/>
              </w:rPr>
              <w:t>PROFESOR</w:t>
            </w:r>
            <w:r w:rsidRPr="00011C9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RESPONSABLE</w:t>
            </w:r>
          </w:p>
        </w:tc>
        <w:tc>
          <w:tcPr>
            <w:tcW w:w="3357" w:type="pct"/>
            <w:vAlign w:val="center"/>
          </w:tcPr>
          <w:p w14:paraId="49D525AC" w14:textId="77777777" w:rsidR="004B38F6" w:rsidRPr="00011C97" w:rsidRDefault="004B38F6" w:rsidP="00011C9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B38F6" w:rsidRPr="00011C97" w14:paraId="7D61BEB7" w14:textId="77777777" w:rsidTr="00C262BB">
        <w:trPr>
          <w:trHeight w:val="397"/>
        </w:trPr>
        <w:tc>
          <w:tcPr>
            <w:tcW w:w="1643" w:type="pct"/>
            <w:shd w:val="clear" w:color="auto" w:fill="CFCFCF"/>
            <w:vAlign w:val="center"/>
          </w:tcPr>
          <w:p w14:paraId="22DA36D8" w14:textId="7E6FF0DD" w:rsidR="004B38F6" w:rsidRPr="00011C97" w:rsidRDefault="004B38F6" w:rsidP="00011C97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11C97">
              <w:rPr>
                <w:rFonts w:ascii="Arial" w:hAnsi="Arial" w:cs="Arial"/>
                <w:b/>
                <w:bCs/>
                <w:sz w:val="18"/>
                <w:szCs w:val="18"/>
              </w:rPr>
              <w:t>OBSERVACIONES DEL ESTUDIANTE MONITOR</w:t>
            </w:r>
          </w:p>
        </w:tc>
        <w:tc>
          <w:tcPr>
            <w:tcW w:w="3357" w:type="pct"/>
            <w:vAlign w:val="center"/>
          </w:tcPr>
          <w:p w14:paraId="3DC9AF95" w14:textId="77777777" w:rsidR="004B38F6" w:rsidRPr="00011C97" w:rsidRDefault="004B38F6" w:rsidP="00011C9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69FCB55" w14:textId="77777777" w:rsidR="004B38F6" w:rsidRDefault="004B38F6" w:rsidP="00742FBE">
      <w:pPr>
        <w:spacing w:after="0" w:line="240" w:lineRule="auto"/>
        <w:rPr>
          <w:rFonts w:ascii="Arial" w:hAnsi="Arial" w:cs="Arial"/>
          <w:sz w:val="20"/>
          <w:szCs w:val="20"/>
          <w:lang w:val="es-CO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  <w:gridCol w:w="425"/>
        <w:gridCol w:w="6740"/>
      </w:tblGrid>
      <w:tr w:rsidR="006A5A43" w14:paraId="7DC54E10" w14:textId="77777777" w:rsidTr="006B1D91">
        <w:trPr>
          <w:trHeight w:val="510"/>
        </w:trPr>
        <w:tc>
          <w:tcPr>
            <w:tcW w:w="7225" w:type="dxa"/>
            <w:tcBorders>
              <w:bottom w:val="single" w:sz="4" w:space="0" w:color="000000"/>
            </w:tcBorders>
            <w:vAlign w:val="center"/>
          </w:tcPr>
          <w:p w14:paraId="3AA4BF6D" w14:textId="77777777" w:rsidR="006A5A43" w:rsidRDefault="006A5A43" w:rsidP="006A5A43">
            <w:pPr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5D50986E" w14:textId="77777777" w:rsidR="006A5A43" w:rsidRDefault="006A5A43" w:rsidP="006A5A43">
            <w:pPr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6740" w:type="dxa"/>
            <w:tcBorders>
              <w:bottom w:val="single" w:sz="4" w:space="0" w:color="000000"/>
            </w:tcBorders>
            <w:vAlign w:val="center"/>
          </w:tcPr>
          <w:p w14:paraId="77F49A03" w14:textId="77777777" w:rsidR="006A5A43" w:rsidRDefault="006A5A43" w:rsidP="006A5A43">
            <w:pPr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6A5A43" w14:paraId="7BEB1BA1" w14:textId="77777777" w:rsidTr="006A5A43">
        <w:trPr>
          <w:trHeight w:val="397"/>
        </w:trPr>
        <w:tc>
          <w:tcPr>
            <w:tcW w:w="7225" w:type="dxa"/>
            <w:tcBorders>
              <w:top w:val="single" w:sz="4" w:space="0" w:color="000000"/>
            </w:tcBorders>
            <w:vAlign w:val="center"/>
          </w:tcPr>
          <w:p w14:paraId="1550A816" w14:textId="1CA1BD27" w:rsidR="006A5A43" w:rsidRPr="006A5A43" w:rsidRDefault="006A5A43" w:rsidP="006A5A4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</w:pPr>
            <w:r w:rsidRPr="006A5A43"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  <w:t>FIRMA DEL PROFESOR RESPONSABLE</w:t>
            </w:r>
          </w:p>
        </w:tc>
        <w:tc>
          <w:tcPr>
            <w:tcW w:w="425" w:type="dxa"/>
            <w:vAlign w:val="center"/>
          </w:tcPr>
          <w:p w14:paraId="524D199A" w14:textId="77777777" w:rsidR="006A5A43" w:rsidRPr="006A5A43" w:rsidRDefault="006A5A43" w:rsidP="006A5A4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</w:pPr>
          </w:p>
        </w:tc>
        <w:tc>
          <w:tcPr>
            <w:tcW w:w="6740" w:type="dxa"/>
            <w:tcBorders>
              <w:top w:val="single" w:sz="4" w:space="0" w:color="000000"/>
            </w:tcBorders>
            <w:vAlign w:val="center"/>
          </w:tcPr>
          <w:p w14:paraId="72DBF8F7" w14:textId="46D81B58" w:rsidR="006A5A43" w:rsidRPr="006A5A43" w:rsidRDefault="006A5A43" w:rsidP="006A5A4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</w:pPr>
            <w:r w:rsidRPr="006A5A43"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  <w:t>FIRMA DEL ESTUDIANTE MONITOR</w:t>
            </w:r>
          </w:p>
        </w:tc>
      </w:tr>
    </w:tbl>
    <w:p w14:paraId="7A46603A" w14:textId="77777777" w:rsidR="00C72F55" w:rsidRPr="00742FBE" w:rsidRDefault="00C72F55" w:rsidP="00742FBE">
      <w:pPr>
        <w:spacing w:after="0" w:line="240" w:lineRule="auto"/>
        <w:rPr>
          <w:rFonts w:ascii="Arial" w:hAnsi="Arial" w:cs="Arial"/>
          <w:sz w:val="20"/>
          <w:szCs w:val="20"/>
          <w:lang w:val="es-CO"/>
        </w:rPr>
      </w:pPr>
    </w:p>
    <w:sectPr w:rsidR="00C72F55" w:rsidRPr="00742FBE" w:rsidSect="007C2D34">
      <w:head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13AEA" w14:textId="77777777" w:rsidR="00A23CAB" w:rsidRDefault="00A23CAB" w:rsidP="00A02E5A">
      <w:pPr>
        <w:spacing w:after="0" w:line="240" w:lineRule="auto"/>
      </w:pPr>
      <w:r>
        <w:separator/>
      </w:r>
    </w:p>
  </w:endnote>
  <w:endnote w:type="continuationSeparator" w:id="0">
    <w:p w14:paraId="4C4DECCB" w14:textId="77777777" w:rsidR="00A23CAB" w:rsidRDefault="00A23CAB" w:rsidP="00A02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834D4" w14:textId="77777777" w:rsidR="00A23CAB" w:rsidRDefault="00A23CAB" w:rsidP="00A02E5A">
      <w:pPr>
        <w:spacing w:after="0" w:line="240" w:lineRule="auto"/>
      </w:pPr>
      <w:r>
        <w:separator/>
      </w:r>
    </w:p>
  </w:footnote>
  <w:footnote w:type="continuationSeparator" w:id="0">
    <w:p w14:paraId="032DCA80" w14:textId="77777777" w:rsidR="00A23CAB" w:rsidRDefault="00A23CAB" w:rsidP="00A02E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text" w:horzAnchor="margin" w:tblpY="-259"/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531"/>
      <w:gridCol w:w="9509"/>
      <w:gridCol w:w="2350"/>
    </w:tblGrid>
    <w:tr w:rsidR="00A02E5A" w:rsidRPr="00331E66" w14:paraId="68C9D019" w14:textId="77777777" w:rsidTr="00EC5E1B">
      <w:trPr>
        <w:trHeight w:hRule="exact" w:val="397"/>
      </w:trPr>
      <w:tc>
        <w:tcPr>
          <w:tcW w:w="2850" w:type="dxa"/>
          <w:vMerge w:val="restart"/>
          <w:vAlign w:val="center"/>
        </w:tcPr>
        <w:p w14:paraId="53C1CAEA" w14:textId="77777777" w:rsidR="00A02E5A" w:rsidRPr="00331E66" w:rsidRDefault="00A02E5A" w:rsidP="00A02E5A">
          <w:pPr>
            <w:spacing w:after="0" w:line="240" w:lineRule="auto"/>
            <w:jc w:val="center"/>
          </w:pPr>
          <w:r>
            <w:rPr>
              <w:noProof/>
            </w:rPr>
            <w:drawing>
              <wp:inline distT="0" distB="0" distL="0" distR="0" wp14:anchorId="39BA3DF9" wp14:editId="38E84882">
                <wp:extent cx="876300" cy="914400"/>
                <wp:effectExtent l="0" t="0" r="0" b="0"/>
                <wp:docPr id="2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925E813-BD74-2A8E-9593-CC9A4EC7DFAD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>
                          <a:extLst>
                            <a:ext uri="{FF2B5EF4-FFF2-40B4-BE49-F238E27FC236}">
                              <a16:creationId xmlns:a16="http://schemas.microsoft.com/office/drawing/2014/main" id="{1925E813-BD74-2A8E-9593-CC9A4EC7DFA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63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029" w:type="dxa"/>
          <w:vMerge w:val="restart"/>
          <w:vAlign w:val="center"/>
        </w:tcPr>
        <w:p w14:paraId="4C924FB2" w14:textId="73B6210F" w:rsidR="00A02E5A" w:rsidRPr="005349A6" w:rsidRDefault="00A02E5A" w:rsidP="00A02E5A">
          <w:pPr>
            <w:spacing w:after="0" w:line="240" w:lineRule="auto"/>
            <w:jc w:val="center"/>
            <w:rPr>
              <w:rFonts w:ascii="Arial" w:hAnsi="Arial" w:cs="Arial"/>
              <w:b/>
              <w:lang w:val="es-CO"/>
            </w:rPr>
          </w:pPr>
          <w:r w:rsidRPr="005349A6">
            <w:rPr>
              <w:rFonts w:ascii="Arial" w:hAnsi="Arial" w:cs="Arial"/>
              <w:b/>
              <w:lang w:val="es-CO"/>
            </w:rPr>
            <w:t>PLAN DE TRABAJO DE MONITORÍAS</w:t>
          </w:r>
        </w:p>
      </w:tc>
      <w:tc>
        <w:tcPr>
          <w:tcW w:w="2677" w:type="dxa"/>
          <w:vAlign w:val="center"/>
        </w:tcPr>
        <w:p w14:paraId="24082D97" w14:textId="2085B05B" w:rsidR="00A02E5A" w:rsidRPr="005349A6" w:rsidRDefault="00A02E5A" w:rsidP="00A02E5A">
          <w:pPr>
            <w:spacing w:after="0" w:line="240" w:lineRule="auto"/>
            <w:jc w:val="both"/>
            <w:rPr>
              <w:rFonts w:ascii="Arial" w:hAnsi="Arial" w:cs="Arial"/>
              <w:lang w:val="es-CO"/>
            </w:rPr>
          </w:pPr>
          <w:r w:rsidRPr="005349A6">
            <w:rPr>
              <w:rFonts w:ascii="Arial" w:hAnsi="Arial" w:cs="Arial"/>
              <w:lang w:val="es-CO"/>
            </w:rPr>
            <w:t>Código: F-FOR-</w:t>
          </w:r>
          <w:r w:rsidR="006B1D91">
            <w:rPr>
              <w:rFonts w:ascii="Arial" w:hAnsi="Arial" w:cs="Arial"/>
              <w:lang w:val="es-CO"/>
            </w:rPr>
            <w:t>19</w:t>
          </w:r>
        </w:p>
      </w:tc>
    </w:tr>
    <w:tr w:rsidR="00A02E5A" w:rsidRPr="00331E66" w14:paraId="225E5F4F" w14:textId="77777777" w:rsidTr="00EC5E1B">
      <w:tblPrEx>
        <w:tblCellMar>
          <w:left w:w="108" w:type="dxa"/>
          <w:right w:w="108" w:type="dxa"/>
        </w:tblCellMar>
      </w:tblPrEx>
      <w:trPr>
        <w:trHeight w:hRule="exact" w:val="397"/>
      </w:trPr>
      <w:tc>
        <w:tcPr>
          <w:tcW w:w="2850" w:type="dxa"/>
          <w:vMerge/>
          <w:vAlign w:val="center"/>
        </w:tcPr>
        <w:p w14:paraId="21412B8C" w14:textId="77777777" w:rsidR="00A02E5A" w:rsidRPr="00331E66" w:rsidRDefault="00A02E5A" w:rsidP="00A02E5A">
          <w:pPr>
            <w:spacing w:after="0" w:line="240" w:lineRule="auto"/>
            <w:jc w:val="center"/>
          </w:pPr>
        </w:p>
      </w:tc>
      <w:tc>
        <w:tcPr>
          <w:tcW w:w="12029" w:type="dxa"/>
          <w:vMerge/>
          <w:vAlign w:val="center"/>
        </w:tcPr>
        <w:p w14:paraId="5C3052E1" w14:textId="77777777" w:rsidR="00A02E5A" w:rsidRPr="005349A6" w:rsidRDefault="00A02E5A" w:rsidP="00A02E5A">
          <w:pPr>
            <w:spacing w:after="0" w:line="240" w:lineRule="auto"/>
            <w:jc w:val="center"/>
            <w:rPr>
              <w:rFonts w:ascii="Arial" w:hAnsi="Arial" w:cs="Arial"/>
              <w:b/>
              <w:lang w:val="es-CO"/>
            </w:rPr>
          </w:pPr>
        </w:p>
      </w:tc>
      <w:tc>
        <w:tcPr>
          <w:tcW w:w="2677" w:type="dxa"/>
          <w:vAlign w:val="center"/>
        </w:tcPr>
        <w:p w14:paraId="44E86458" w14:textId="7EC6A875" w:rsidR="00A02E5A" w:rsidRPr="005349A6" w:rsidRDefault="00A02E5A" w:rsidP="00A02E5A">
          <w:pPr>
            <w:spacing w:after="0" w:line="240" w:lineRule="auto"/>
            <w:jc w:val="both"/>
            <w:rPr>
              <w:rFonts w:ascii="Arial" w:hAnsi="Arial" w:cs="Arial"/>
              <w:lang w:val="es-CO"/>
            </w:rPr>
          </w:pPr>
          <w:r w:rsidRPr="005349A6">
            <w:rPr>
              <w:rFonts w:ascii="Arial" w:hAnsi="Arial" w:cs="Arial"/>
              <w:lang w:val="es-CO"/>
            </w:rPr>
            <w:t>Versión: 01</w:t>
          </w:r>
        </w:p>
      </w:tc>
    </w:tr>
    <w:tr w:rsidR="00A02E5A" w:rsidRPr="00331E66" w14:paraId="350E0113" w14:textId="77777777" w:rsidTr="00EC5E1B">
      <w:tblPrEx>
        <w:tblCellMar>
          <w:left w:w="108" w:type="dxa"/>
          <w:right w:w="108" w:type="dxa"/>
        </w:tblCellMar>
      </w:tblPrEx>
      <w:trPr>
        <w:trHeight w:hRule="exact" w:val="397"/>
      </w:trPr>
      <w:tc>
        <w:tcPr>
          <w:tcW w:w="2850" w:type="dxa"/>
          <w:vMerge/>
          <w:vAlign w:val="center"/>
        </w:tcPr>
        <w:p w14:paraId="197B1D4A" w14:textId="77777777" w:rsidR="00A02E5A" w:rsidRPr="00331E66" w:rsidRDefault="00A02E5A" w:rsidP="00A02E5A">
          <w:pPr>
            <w:spacing w:after="0" w:line="240" w:lineRule="auto"/>
            <w:jc w:val="center"/>
          </w:pPr>
        </w:p>
      </w:tc>
      <w:tc>
        <w:tcPr>
          <w:tcW w:w="12029" w:type="dxa"/>
          <w:vMerge w:val="restart"/>
          <w:vAlign w:val="center"/>
        </w:tcPr>
        <w:p w14:paraId="231F4D37" w14:textId="77777777" w:rsidR="00A02E5A" w:rsidRPr="005349A6" w:rsidRDefault="00A02E5A" w:rsidP="00A02E5A">
          <w:pPr>
            <w:spacing w:after="0" w:line="240" w:lineRule="auto"/>
            <w:jc w:val="center"/>
            <w:rPr>
              <w:rFonts w:ascii="Arial" w:hAnsi="Arial" w:cs="Arial"/>
              <w:b/>
              <w:lang w:val="es-CO"/>
            </w:rPr>
          </w:pPr>
          <w:r w:rsidRPr="005349A6">
            <w:rPr>
              <w:rFonts w:ascii="Arial" w:hAnsi="Arial" w:cs="Arial"/>
              <w:b/>
              <w:lang w:val="es-CO"/>
            </w:rPr>
            <w:t>FORMATO</w:t>
          </w:r>
        </w:p>
      </w:tc>
      <w:tc>
        <w:tcPr>
          <w:tcW w:w="2677" w:type="dxa"/>
          <w:vAlign w:val="center"/>
        </w:tcPr>
        <w:p w14:paraId="02E20CB4" w14:textId="2B87196C" w:rsidR="00A02E5A" w:rsidRPr="005349A6" w:rsidRDefault="00A02E5A" w:rsidP="00A02E5A">
          <w:pPr>
            <w:spacing w:after="0" w:line="240" w:lineRule="auto"/>
            <w:jc w:val="both"/>
            <w:rPr>
              <w:rFonts w:ascii="Arial" w:hAnsi="Arial" w:cs="Arial"/>
              <w:lang w:val="es-CO"/>
            </w:rPr>
          </w:pPr>
          <w:r w:rsidRPr="005349A6">
            <w:rPr>
              <w:rFonts w:ascii="Arial" w:hAnsi="Arial" w:cs="Arial"/>
              <w:lang w:val="es-CO"/>
            </w:rPr>
            <w:t xml:space="preserve">Fecha: </w:t>
          </w:r>
          <w:r w:rsidR="005349A6">
            <w:rPr>
              <w:rFonts w:ascii="Arial" w:hAnsi="Arial" w:cs="Arial"/>
              <w:lang w:val="es-CO"/>
            </w:rPr>
            <w:t>26/08/2025</w:t>
          </w:r>
        </w:p>
      </w:tc>
    </w:tr>
    <w:tr w:rsidR="00A02E5A" w:rsidRPr="00331E66" w14:paraId="7E345BFF" w14:textId="77777777" w:rsidTr="00EC5E1B">
      <w:tblPrEx>
        <w:tblCellMar>
          <w:left w:w="108" w:type="dxa"/>
          <w:right w:w="108" w:type="dxa"/>
        </w:tblCellMar>
      </w:tblPrEx>
      <w:trPr>
        <w:trHeight w:hRule="exact" w:val="397"/>
      </w:trPr>
      <w:tc>
        <w:tcPr>
          <w:tcW w:w="2850" w:type="dxa"/>
          <w:vMerge/>
          <w:vAlign w:val="center"/>
        </w:tcPr>
        <w:p w14:paraId="754C0BC5" w14:textId="77777777" w:rsidR="00A02E5A" w:rsidRPr="00331E66" w:rsidRDefault="00A02E5A" w:rsidP="00A02E5A">
          <w:pPr>
            <w:spacing w:after="0" w:line="240" w:lineRule="auto"/>
            <w:jc w:val="center"/>
          </w:pPr>
        </w:p>
      </w:tc>
      <w:tc>
        <w:tcPr>
          <w:tcW w:w="12029" w:type="dxa"/>
          <w:vMerge/>
          <w:vAlign w:val="center"/>
        </w:tcPr>
        <w:p w14:paraId="016C7B8F" w14:textId="77777777" w:rsidR="00A02E5A" w:rsidRPr="005349A6" w:rsidRDefault="00A02E5A" w:rsidP="00A02E5A">
          <w:pPr>
            <w:spacing w:after="0" w:line="240" w:lineRule="auto"/>
            <w:jc w:val="center"/>
            <w:rPr>
              <w:rFonts w:ascii="Arial" w:hAnsi="Arial" w:cs="Arial"/>
              <w:b/>
              <w:lang w:val="es-CO"/>
            </w:rPr>
          </w:pPr>
        </w:p>
      </w:tc>
      <w:tc>
        <w:tcPr>
          <w:tcW w:w="2677" w:type="dxa"/>
          <w:vAlign w:val="center"/>
        </w:tcPr>
        <w:p w14:paraId="39CCBB25" w14:textId="77777777" w:rsidR="00A02E5A" w:rsidRPr="005349A6" w:rsidRDefault="00A02E5A" w:rsidP="00A02E5A">
          <w:pPr>
            <w:spacing w:after="0" w:line="240" w:lineRule="auto"/>
            <w:jc w:val="both"/>
            <w:rPr>
              <w:rFonts w:ascii="Arial" w:hAnsi="Arial" w:cs="Arial"/>
              <w:lang w:val="es-CO"/>
            </w:rPr>
          </w:pPr>
          <w:r w:rsidRPr="005349A6">
            <w:rPr>
              <w:rFonts w:ascii="Arial" w:hAnsi="Arial" w:cs="Arial"/>
              <w:lang w:val="es-CO"/>
            </w:rPr>
            <w:t xml:space="preserve">Página: </w:t>
          </w:r>
          <w:r w:rsidRPr="005349A6">
            <w:rPr>
              <w:rFonts w:ascii="Arial" w:hAnsi="Arial" w:cs="Arial"/>
              <w:lang w:val="es-CO"/>
            </w:rPr>
            <w:fldChar w:fldCharType="begin"/>
          </w:r>
          <w:r w:rsidRPr="005349A6">
            <w:rPr>
              <w:rFonts w:ascii="Arial" w:hAnsi="Arial" w:cs="Arial"/>
              <w:lang w:val="es-CO"/>
            </w:rPr>
            <w:instrText>PAGE  \* Arabic  \* MERGEFORMAT</w:instrText>
          </w:r>
          <w:r w:rsidRPr="005349A6">
            <w:rPr>
              <w:rFonts w:ascii="Arial" w:hAnsi="Arial" w:cs="Arial"/>
              <w:lang w:val="es-CO"/>
            </w:rPr>
            <w:fldChar w:fldCharType="separate"/>
          </w:r>
          <w:r w:rsidRPr="005349A6">
            <w:rPr>
              <w:rFonts w:ascii="Arial" w:hAnsi="Arial" w:cs="Arial"/>
              <w:lang w:val="es-CO"/>
            </w:rPr>
            <w:t>1</w:t>
          </w:r>
          <w:r w:rsidRPr="005349A6">
            <w:rPr>
              <w:rFonts w:ascii="Arial" w:hAnsi="Arial" w:cs="Arial"/>
              <w:lang w:val="es-CO"/>
            </w:rPr>
            <w:fldChar w:fldCharType="end"/>
          </w:r>
          <w:r w:rsidRPr="005349A6">
            <w:rPr>
              <w:rFonts w:ascii="Arial" w:hAnsi="Arial" w:cs="Arial"/>
              <w:lang w:val="es-CO"/>
            </w:rPr>
            <w:t xml:space="preserve"> de </w:t>
          </w:r>
          <w:r w:rsidRPr="005349A6">
            <w:rPr>
              <w:rFonts w:ascii="Arial" w:hAnsi="Arial" w:cs="Arial"/>
              <w:lang w:val="es-CO"/>
            </w:rPr>
            <w:fldChar w:fldCharType="begin"/>
          </w:r>
          <w:r w:rsidRPr="005349A6">
            <w:rPr>
              <w:rFonts w:ascii="Arial" w:hAnsi="Arial" w:cs="Arial"/>
              <w:lang w:val="es-CO"/>
            </w:rPr>
            <w:instrText>NUMPAGES  \* Arabic  \* MERGEFORMAT</w:instrText>
          </w:r>
          <w:r w:rsidRPr="005349A6">
            <w:rPr>
              <w:rFonts w:ascii="Arial" w:hAnsi="Arial" w:cs="Arial"/>
              <w:lang w:val="es-CO"/>
            </w:rPr>
            <w:fldChar w:fldCharType="separate"/>
          </w:r>
          <w:r w:rsidRPr="005349A6">
            <w:rPr>
              <w:rFonts w:ascii="Arial" w:hAnsi="Arial" w:cs="Arial"/>
              <w:lang w:val="es-CO"/>
            </w:rPr>
            <w:t>2</w:t>
          </w:r>
          <w:r w:rsidRPr="005349A6">
            <w:rPr>
              <w:rFonts w:ascii="Arial" w:hAnsi="Arial" w:cs="Arial"/>
              <w:lang w:val="es-CO"/>
            </w:rPr>
            <w:fldChar w:fldCharType="end"/>
          </w:r>
        </w:p>
      </w:tc>
    </w:tr>
  </w:tbl>
  <w:p w14:paraId="1E307086" w14:textId="77777777" w:rsidR="00A02E5A" w:rsidRDefault="00A02E5A" w:rsidP="00A02E5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9EF38F6"/>
    <w:multiLevelType w:val="hybridMultilevel"/>
    <w:tmpl w:val="4564A0E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1370479">
    <w:abstractNumId w:val="8"/>
  </w:num>
  <w:num w:numId="2" w16cid:durableId="1628664224">
    <w:abstractNumId w:val="6"/>
  </w:num>
  <w:num w:numId="3" w16cid:durableId="1673799300">
    <w:abstractNumId w:val="5"/>
  </w:num>
  <w:num w:numId="4" w16cid:durableId="1069569818">
    <w:abstractNumId w:val="4"/>
  </w:num>
  <w:num w:numId="5" w16cid:durableId="511380456">
    <w:abstractNumId w:val="7"/>
  </w:num>
  <w:num w:numId="6" w16cid:durableId="1063986166">
    <w:abstractNumId w:val="3"/>
  </w:num>
  <w:num w:numId="7" w16cid:durableId="530608347">
    <w:abstractNumId w:val="2"/>
  </w:num>
  <w:num w:numId="8" w16cid:durableId="300621422">
    <w:abstractNumId w:val="1"/>
  </w:num>
  <w:num w:numId="9" w16cid:durableId="13726938">
    <w:abstractNumId w:val="0"/>
  </w:num>
  <w:num w:numId="10" w16cid:durableId="10168091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1C97"/>
    <w:rsid w:val="00034616"/>
    <w:rsid w:val="000530E5"/>
    <w:rsid w:val="0006063C"/>
    <w:rsid w:val="000A1D8E"/>
    <w:rsid w:val="000A3F7B"/>
    <w:rsid w:val="00107A04"/>
    <w:rsid w:val="0015074B"/>
    <w:rsid w:val="001966E5"/>
    <w:rsid w:val="002570A1"/>
    <w:rsid w:val="0029639D"/>
    <w:rsid w:val="00326F90"/>
    <w:rsid w:val="00353368"/>
    <w:rsid w:val="0042007D"/>
    <w:rsid w:val="0042136E"/>
    <w:rsid w:val="004B38F6"/>
    <w:rsid w:val="004B7D66"/>
    <w:rsid w:val="004E77E8"/>
    <w:rsid w:val="005349A6"/>
    <w:rsid w:val="00572327"/>
    <w:rsid w:val="005E5B15"/>
    <w:rsid w:val="006732BC"/>
    <w:rsid w:val="006A5A43"/>
    <w:rsid w:val="006B1D91"/>
    <w:rsid w:val="00742FBE"/>
    <w:rsid w:val="007C2D34"/>
    <w:rsid w:val="00812BCA"/>
    <w:rsid w:val="00862E59"/>
    <w:rsid w:val="00A02E5A"/>
    <w:rsid w:val="00A23CAB"/>
    <w:rsid w:val="00AA1D8D"/>
    <w:rsid w:val="00B01C7A"/>
    <w:rsid w:val="00B47730"/>
    <w:rsid w:val="00BE0F67"/>
    <w:rsid w:val="00C262BB"/>
    <w:rsid w:val="00C72F55"/>
    <w:rsid w:val="00CB0664"/>
    <w:rsid w:val="00D179BE"/>
    <w:rsid w:val="00DB7AD7"/>
    <w:rsid w:val="00E206F9"/>
    <w:rsid w:val="00F91D5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B040E3"/>
  <w14:defaultImageDpi w14:val="300"/>
  <w15:docId w15:val="{E4C3A9B3-F8E9-4E83-A571-97C56990F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Tablaconcuadrcula1clara-nfasis4">
    <w:name w:val="Grid Table 1 Light Accent 4"/>
    <w:basedOn w:val="Tablanormal"/>
    <w:uiPriority w:val="46"/>
    <w:rsid w:val="00862E59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Apoyo  SIG</cp:lastModifiedBy>
  <cp:revision>4</cp:revision>
  <dcterms:created xsi:type="dcterms:W3CDTF">2025-08-26T15:51:00Z</dcterms:created>
  <dcterms:modified xsi:type="dcterms:W3CDTF">2025-08-26T16:13:00Z</dcterms:modified>
  <cp:category/>
</cp:coreProperties>
</file>